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8F1378" w14:textId="478DDB17" w:rsidR="003976E2" w:rsidRPr="00BB49EE" w:rsidRDefault="003976E2" w:rsidP="003976E2">
      <w:pPr>
        <w:jc w:val="right"/>
        <w:rPr>
          <w:rFonts w:ascii="Century Gothic" w:hAnsi="Century Gothic"/>
          <w:b/>
          <w:sz w:val="20"/>
          <w:szCs w:val="20"/>
        </w:rPr>
      </w:pPr>
      <w:r w:rsidRPr="00BB49EE">
        <w:rPr>
          <w:rFonts w:ascii="Century Gothic" w:hAnsi="Century Gothic"/>
          <w:b/>
          <w:sz w:val="20"/>
          <w:szCs w:val="20"/>
        </w:rPr>
        <w:t xml:space="preserve">AL RESPOSANBILE </w:t>
      </w:r>
      <w:r w:rsidR="00BB49EE" w:rsidRPr="00BB49EE">
        <w:rPr>
          <w:rFonts w:ascii="Century Gothic" w:hAnsi="Century Gothic"/>
          <w:b/>
          <w:sz w:val="20"/>
          <w:szCs w:val="20"/>
        </w:rPr>
        <w:t>SETTORE PRIMO</w:t>
      </w:r>
    </w:p>
    <w:p w14:paraId="39CDABD9" w14:textId="3B94E3E9" w:rsidR="000130B2" w:rsidRPr="00BB49EE" w:rsidRDefault="003976E2" w:rsidP="003976E2">
      <w:pPr>
        <w:jc w:val="right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b/>
          <w:sz w:val="20"/>
          <w:szCs w:val="20"/>
        </w:rPr>
        <w:t>UFFICIO SUAP/COMMERCIO</w:t>
      </w:r>
      <w:r w:rsidR="00000000" w:rsidRPr="00BB49EE">
        <w:rPr>
          <w:rFonts w:ascii="Century Gothic" w:hAnsi="Century Gothic"/>
          <w:b/>
          <w:sz w:val="20"/>
          <w:szCs w:val="20"/>
        </w:rPr>
        <w:br/>
      </w:r>
    </w:p>
    <w:p w14:paraId="7CA148F6" w14:textId="503A7A12" w:rsidR="003976E2" w:rsidRPr="00BB49EE" w:rsidRDefault="003976E2" w:rsidP="003976E2">
      <w:pPr>
        <w:shd w:val="clear" w:color="auto" w:fill="FFFFFF"/>
        <w:spacing w:before="120" w:line="360" w:lineRule="auto"/>
        <w:ind w:left="11"/>
        <w:jc w:val="both"/>
        <w:rPr>
          <w:rFonts w:ascii="Century Gothic" w:hAnsi="Century Gothic"/>
          <w:b/>
          <w:bCs/>
          <w:color w:val="000000"/>
          <w:spacing w:val="-4"/>
          <w:sz w:val="20"/>
          <w:szCs w:val="20"/>
        </w:rPr>
      </w:pPr>
      <w:r w:rsidRPr="00BB49EE">
        <w:rPr>
          <w:rFonts w:ascii="Century Gothic" w:hAnsi="Century Gothic"/>
          <w:color w:val="000000"/>
          <w:spacing w:val="-4"/>
          <w:sz w:val="20"/>
          <w:szCs w:val="20"/>
        </w:rPr>
        <w:t xml:space="preserve">OGGETTO: </w:t>
      </w:r>
      <w:r w:rsidRPr="00BB49EE">
        <w:rPr>
          <w:rFonts w:ascii="Century Gothic" w:hAnsi="Century Gothic"/>
          <w:b/>
          <w:bCs/>
          <w:color w:val="000000"/>
          <w:spacing w:val="-4"/>
          <w:sz w:val="20"/>
          <w:szCs w:val="20"/>
        </w:rPr>
        <w:t>RICHIESTA AUTORIZZAZIONE PER LO SVOLGIMENTO DI MUSICA DAL VIVO E/O MUSICA CON DIFFUSIONE SONORA DI QUALSIASI TIPO AI SENSI DELL’ORDINANZA SINDACALE N. 2</w:t>
      </w:r>
      <w:r w:rsidRPr="00BB49EE">
        <w:rPr>
          <w:rFonts w:ascii="Century Gothic" w:hAnsi="Century Gothic"/>
          <w:b/>
          <w:bCs/>
          <w:color w:val="000000"/>
          <w:spacing w:val="-4"/>
          <w:sz w:val="20"/>
          <w:szCs w:val="20"/>
        </w:rPr>
        <w:t>6</w:t>
      </w:r>
      <w:r w:rsidRPr="00BB49EE">
        <w:rPr>
          <w:rFonts w:ascii="Century Gothic" w:hAnsi="Century Gothic"/>
          <w:b/>
          <w:bCs/>
          <w:color w:val="000000"/>
          <w:spacing w:val="-4"/>
          <w:sz w:val="20"/>
          <w:szCs w:val="20"/>
        </w:rPr>
        <w:t>/202</w:t>
      </w:r>
      <w:r w:rsidRPr="00BB49EE">
        <w:rPr>
          <w:rFonts w:ascii="Century Gothic" w:hAnsi="Century Gothic"/>
          <w:b/>
          <w:bCs/>
          <w:color w:val="000000"/>
          <w:spacing w:val="-4"/>
          <w:sz w:val="20"/>
          <w:szCs w:val="20"/>
        </w:rPr>
        <w:t>6</w:t>
      </w:r>
      <w:r w:rsidRPr="00BB49EE">
        <w:rPr>
          <w:rFonts w:ascii="Century Gothic" w:hAnsi="Century Gothic"/>
          <w:b/>
          <w:bCs/>
          <w:color w:val="000000"/>
          <w:spacing w:val="-4"/>
          <w:sz w:val="20"/>
          <w:szCs w:val="20"/>
        </w:rPr>
        <w:t>, COMPLEMENTARE ALL’ATTIVITÀ DI SOMMINISTRAZIONE DI ALIMENTI E BEVANDE</w:t>
      </w:r>
    </w:p>
    <w:p w14:paraId="092CD33B" w14:textId="6E69E9C4" w:rsidR="000130B2" w:rsidRPr="00BB49EE" w:rsidRDefault="00000000" w:rsidP="003976E2">
      <w:pPr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br/>
        <w:t>DATI DEL RICHIEDENTE</w:t>
      </w:r>
    </w:p>
    <w:p w14:paraId="17B0269A" w14:textId="22CDD89A" w:rsidR="000130B2" w:rsidRPr="00BB49EE" w:rsidRDefault="00000000" w:rsidP="003976E2">
      <w:pPr>
        <w:spacing w:line="60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>Il/La sottoscritto ________________________________ nato/a a __________________ il __________ residente in ______________________________ Via ____________________________ n. ____ C.F. ____________________ Tel. __________________ PEC _____________________</w:t>
      </w:r>
      <w:r w:rsidRPr="00BB49EE">
        <w:rPr>
          <w:rFonts w:ascii="Century Gothic" w:hAnsi="Century Gothic"/>
          <w:sz w:val="20"/>
          <w:szCs w:val="20"/>
        </w:rPr>
        <w:br/>
        <w:t xml:space="preserve">In qualità di: </w:t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Titolare   </w:t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Legale Rappresentante</w:t>
      </w:r>
      <w:r w:rsidRPr="00BB49EE">
        <w:rPr>
          <w:rFonts w:ascii="Century Gothic" w:hAnsi="Century Gothic"/>
          <w:sz w:val="20"/>
          <w:szCs w:val="20"/>
        </w:rPr>
        <w:br/>
        <w:t>Della Ditta __________________________ P.IVA __________________ Insegna ______________________ con sede in ________________________________</w:t>
      </w:r>
    </w:p>
    <w:p w14:paraId="5BC593D6" w14:textId="77777777" w:rsidR="000130B2" w:rsidRPr="00BB49EE" w:rsidRDefault="00000000" w:rsidP="00BB49EE">
      <w:pPr>
        <w:pStyle w:val="Titolo2"/>
        <w:jc w:val="center"/>
        <w:rPr>
          <w:rFonts w:ascii="Century Gothic" w:hAnsi="Century Gothic"/>
          <w:color w:val="auto"/>
          <w:sz w:val="20"/>
          <w:szCs w:val="20"/>
        </w:rPr>
      </w:pPr>
      <w:r w:rsidRPr="00BB49EE">
        <w:rPr>
          <w:rFonts w:ascii="Century Gothic" w:hAnsi="Century Gothic"/>
          <w:color w:val="auto"/>
          <w:sz w:val="20"/>
          <w:szCs w:val="20"/>
        </w:rPr>
        <w:t>CHIEDE</w:t>
      </w:r>
    </w:p>
    <w:p w14:paraId="45C568A6" w14:textId="77777777" w:rsidR="000130B2" w:rsidRPr="00BB49EE" w:rsidRDefault="00000000" w:rsidP="00BB49EE">
      <w:p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>Il rilascio dell'autorizzazione per lo svolgimento di intrattenimenti musicali complementari all'attività di somministrazione di alimenti e bevande ai sensi dell'Ordinanza Sindacale n. 26/2026.</w:t>
      </w:r>
    </w:p>
    <w:p w14:paraId="414C79AD" w14:textId="77777777" w:rsidR="000130B2" w:rsidRPr="00BB49EE" w:rsidRDefault="00000000" w:rsidP="00BB49EE">
      <w:pPr>
        <w:pStyle w:val="Titolo2"/>
        <w:spacing w:line="360" w:lineRule="auto"/>
        <w:jc w:val="center"/>
        <w:rPr>
          <w:rFonts w:ascii="Century Gothic" w:hAnsi="Century Gothic"/>
          <w:color w:val="auto"/>
          <w:sz w:val="20"/>
          <w:szCs w:val="20"/>
        </w:rPr>
      </w:pPr>
      <w:r w:rsidRPr="00BB49EE">
        <w:rPr>
          <w:rFonts w:ascii="Century Gothic" w:hAnsi="Century Gothic"/>
          <w:color w:val="auto"/>
          <w:sz w:val="20"/>
          <w:szCs w:val="20"/>
        </w:rPr>
        <w:t>COMUNICA</w:t>
      </w:r>
    </w:p>
    <w:p w14:paraId="0D0FD6E5" w14:textId="77777777" w:rsidR="00BB49EE" w:rsidRDefault="00000000" w:rsidP="00BB49EE">
      <w:pPr>
        <w:spacing w:line="360" w:lineRule="auto"/>
        <w:rPr>
          <w:rFonts w:ascii="Century Gothic" w:hAnsi="Century Gothic"/>
          <w:sz w:val="20"/>
          <w:szCs w:val="20"/>
        </w:rPr>
      </w:pPr>
      <w:proofErr w:type="spellStart"/>
      <w:r w:rsidRPr="00BB49EE">
        <w:rPr>
          <w:rFonts w:ascii="Century Gothic" w:hAnsi="Century Gothic"/>
          <w:sz w:val="20"/>
          <w:szCs w:val="20"/>
        </w:rPr>
        <w:t>Tipologia</w:t>
      </w:r>
      <w:proofErr w:type="spellEnd"/>
      <w:r w:rsidRPr="00BB49EE">
        <w:rPr>
          <w:rFonts w:ascii="Century Gothic" w:hAnsi="Century Gothic"/>
          <w:sz w:val="20"/>
          <w:szCs w:val="20"/>
        </w:rPr>
        <w:t>: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Musica dal vivo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sz w:val="20"/>
          <w:szCs w:val="20"/>
        </w:rPr>
        <w:t>Diffusione</w:t>
      </w:r>
      <w:proofErr w:type="spellEnd"/>
      <w:r w:rsidRPr="00BB49EE">
        <w:rPr>
          <w:rFonts w:ascii="Century Gothic" w:hAnsi="Century Gothic"/>
          <w:sz w:val="20"/>
          <w:szCs w:val="20"/>
        </w:rPr>
        <w:t xml:space="preserve"> musicale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DJ SET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Karaoke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Piano Bar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Musica unplugged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Altro ______________________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</w:r>
      <w:r w:rsidR="00BB49EE" w:rsidRPr="00BB49EE">
        <w:rPr>
          <w:rFonts w:ascii="Century Gothic" w:hAnsi="Century Gothic"/>
          <w:sz w:val="20"/>
          <w:szCs w:val="20"/>
        </w:rPr>
        <w:t xml:space="preserve">Nelle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seguenti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d</w:t>
      </w:r>
      <w:r w:rsidRPr="00BB49EE">
        <w:rPr>
          <w:rFonts w:ascii="Century Gothic" w:hAnsi="Century Gothic"/>
          <w:sz w:val="20"/>
          <w:szCs w:val="20"/>
        </w:rPr>
        <w:t>ate</w:t>
      </w:r>
    </w:p>
    <w:p w14:paraId="5A1743E7" w14:textId="77777777" w:rsidR="00BB49EE" w:rsidRDefault="00000000" w:rsidP="00BB49EE">
      <w:p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________________________</w:t>
      </w:r>
      <w:r w:rsidR="00BB49EE" w:rsidRPr="00BB49EE">
        <w:rPr>
          <w:rFonts w:ascii="Century Gothic" w:hAnsi="Century Gothic"/>
          <w:sz w:val="20"/>
          <w:szCs w:val="20"/>
        </w:rPr>
        <w:t>________________________________________________________</w:t>
      </w:r>
      <w:r w:rsidRPr="00BB49EE">
        <w:rPr>
          <w:rFonts w:ascii="Century Gothic" w:hAnsi="Century Gothic"/>
          <w:sz w:val="20"/>
          <w:szCs w:val="20"/>
        </w:rPr>
        <w:t>_______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</w:r>
    </w:p>
    <w:p w14:paraId="2DE4C5BA" w14:textId="4B5013E0" w:rsidR="000130B2" w:rsidRPr="00BB49EE" w:rsidRDefault="00000000" w:rsidP="00BB49EE">
      <w:pPr>
        <w:spacing w:line="360" w:lineRule="auto"/>
        <w:rPr>
          <w:rFonts w:ascii="Century Gothic" w:hAnsi="Century Gothic"/>
          <w:sz w:val="20"/>
          <w:szCs w:val="20"/>
        </w:rPr>
      </w:pPr>
      <w:proofErr w:type="spellStart"/>
      <w:r w:rsidRPr="00BB49EE">
        <w:rPr>
          <w:rFonts w:ascii="Century Gothic" w:hAnsi="Century Gothic"/>
          <w:sz w:val="20"/>
          <w:szCs w:val="20"/>
        </w:rPr>
        <w:lastRenderedPageBreak/>
        <w:t>Luogo</w:t>
      </w:r>
      <w:proofErr w:type="spellEnd"/>
      <w:r w:rsidRPr="00BB49EE">
        <w:rPr>
          <w:rFonts w:ascii="Century Gothic" w:hAnsi="Century Gothic"/>
          <w:sz w:val="20"/>
          <w:szCs w:val="20"/>
        </w:rPr>
        <w:t>: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sz w:val="20"/>
          <w:szCs w:val="20"/>
        </w:rPr>
        <w:t>Interno</w:t>
      </w:r>
      <w:proofErr w:type="spellEnd"/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Area </w:t>
      </w:r>
      <w:proofErr w:type="spellStart"/>
      <w:r w:rsidRPr="00BB49EE">
        <w:rPr>
          <w:rFonts w:ascii="Century Gothic" w:hAnsi="Century Gothic"/>
          <w:sz w:val="20"/>
          <w:szCs w:val="20"/>
        </w:rPr>
        <w:t>privata</w:t>
      </w:r>
      <w:proofErr w:type="spellEnd"/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sz w:val="20"/>
          <w:szCs w:val="20"/>
        </w:rPr>
        <w:t>Suolo</w:t>
      </w:r>
      <w:proofErr w:type="spellEnd"/>
      <w:r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sz w:val="20"/>
          <w:szCs w:val="20"/>
        </w:rPr>
        <w:t>pubblico</w:t>
      </w:r>
      <w:proofErr w:type="spellEnd"/>
      <w:r w:rsidRPr="00BB49EE">
        <w:rPr>
          <w:rFonts w:ascii="Century Gothic" w:hAnsi="Century Gothic"/>
          <w:sz w:val="20"/>
          <w:szCs w:val="20"/>
        </w:rPr>
        <w:t xml:space="preserve"> in </w:t>
      </w:r>
      <w:proofErr w:type="spellStart"/>
      <w:r w:rsidRPr="00BB49EE">
        <w:rPr>
          <w:rFonts w:ascii="Century Gothic" w:hAnsi="Century Gothic"/>
          <w:sz w:val="20"/>
          <w:szCs w:val="20"/>
        </w:rPr>
        <w:t>concessione</w:t>
      </w:r>
      <w:proofErr w:type="spellEnd"/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Altro ___________________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</w:r>
      <w:proofErr w:type="spellStart"/>
      <w:r w:rsidRPr="00BB49EE">
        <w:rPr>
          <w:rFonts w:ascii="Century Gothic" w:hAnsi="Century Gothic"/>
          <w:sz w:val="20"/>
          <w:szCs w:val="20"/>
        </w:rPr>
        <w:t>Ubicazione</w:t>
      </w:r>
      <w:proofErr w:type="spellEnd"/>
      <w:r w:rsidRPr="00BB49EE">
        <w:rPr>
          <w:rFonts w:ascii="Century Gothic" w:hAnsi="Century Gothic"/>
          <w:sz w:val="20"/>
          <w:szCs w:val="20"/>
        </w:rPr>
        <w:t>: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Centro Storico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sz w:val="20"/>
          <w:szCs w:val="20"/>
        </w:rPr>
        <w:t>Stabilimento</w:t>
      </w:r>
      <w:proofErr w:type="spellEnd"/>
      <w:r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sz w:val="20"/>
          <w:szCs w:val="20"/>
        </w:rPr>
        <w:t>balneare</w:t>
      </w:r>
      <w:proofErr w:type="spellEnd"/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Altra zona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</w:r>
      <w:proofErr w:type="spellStart"/>
      <w:r w:rsidRPr="00BB49EE">
        <w:rPr>
          <w:rFonts w:ascii="Century Gothic" w:hAnsi="Century Gothic"/>
          <w:sz w:val="20"/>
          <w:szCs w:val="20"/>
        </w:rPr>
        <w:t>Capienza</w:t>
      </w:r>
      <w:proofErr w:type="spellEnd"/>
      <w:r w:rsidRPr="00BB49EE">
        <w:rPr>
          <w:rFonts w:ascii="Century Gothic" w:hAnsi="Century Gothic"/>
          <w:sz w:val="20"/>
          <w:szCs w:val="20"/>
        </w:rPr>
        <w:t>: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</w:t>
      </w:r>
      <w:r w:rsidR="00BB49EE" w:rsidRPr="00BB49EE">
        <w:rPr>
          <w:rFonts w:ascii="Century Gothic" w:hAnsi="Century Gothic"/>
          <w:sz w:val="20"/>
          <w:szCs w:val="20"/>
        </w:rPr>
        <w:t xml:space="preserve">il locale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ha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una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capienza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massima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di 100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posti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>;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</w:t>
      </w:r>
      <w:r w:rsidR="00BB49EE" w:rsidRPr="00BB49EE">
        <w:rPr>
          <w:rFonts w:ascii="Century Gothic" w:hAnsi="Century Gothic"/>
          <w:sz w:val="20"/>
          <w:szCs w:val="20"/>
        </w:rPr>
        <w:t xml:space="preserve">il locale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ha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una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capienza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superiore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a 100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posti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e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pertanto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è in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possesso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del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certificato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di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prevenzione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incendi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ai sensi del D.M. 16.02.82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che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si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allega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 xml:space="preserve"> alla </w:t>
      </w:r>
      <w:proofErr w:type="spellStart"/>
      <w:r w:rsidR="00BB49EE" w:rsidRPr="00BB49EE">
        <w:rPr>
          <w:rFonts w:ascii="Century Gothic" w:hAnsi="Century Gothic"/>
          <w:sz w:val="20"/>
          <w:szCs w:val="20"/>
        </w:rPr>
        <w:t>presente</w:t>
      </w:r>
      <w:proofErr w:type="spellEnd"/>
      <w:r w:rsidR="00BB49EE" w:rsidRPr="00BB49EE">
        <w:rPr>
          <w:rFonts w:ascii="Century Gothic" w:hAnsi="Century Gothic"/>
          <w:sz w:val="20"/>
          <w:szCs w:val="20"/>
        </w:rPr>
        <w:t>.</w:t>
      </w:r>
      <w:r w:rsidRPr="00BB49EE">
        <w:rPr>
          <w:rFonts w:ascii="Century Gothic" w:hAnsi="Century Gothic"/>
          <w:sz w:val="20"/>
          <w:szCs w:val="20"/>
        </w:rPr>
        <w:br/>
      </w:r>
    </w:p>
    <w:p w14:paraId="3C824F48" w14:textId="77777777" w:rsidR="000130B2" w:rsidRPr="00BB49EE" w:rsidRDefault="00000000" w:rsidP="00BB49EE">
      <w:pPr>
        <w:pStyle w:val="Titolo2"/>
        <w:spacing w:line="360" w:lineRule="auto"/>
        <w:jc w:val="center"/>
        <w:rPr>
          <w:rFonts w:ascii="Century Gothic" w:hAnsi="Century Gothic"/>
          <w:color w:val="auto"/>
          <w:sz w:val="20"/>
          <w:szCs w:val="20"/>
        </w:rPr>
      </w:pPr>
      <w:r w:rsidRPr="00BB49EE">
        <w:rPr>
          <w:rFonts w:ascii="Century Gothic" w:hAnsi="Century Gothic"/>
          <w:color w:val="auto"/>
          <w:sz w:val="20"/>
          <w:szCs w:val="20"/>
        </w:rPr>
        <w:t>RICHIESTA DI DEROGA ALL'UTILIZZO DI STRUMENTI A PERCUSSIONE</w:t>
      </w:r>
    </w:p>
    <w:p w14:paraId="1A95DE69" w14:textId="023A25B1" w:rsidR="003976E2" w:rsidRPr="00BB49EE" w:rsidRDefault="00000000" w:rsidP="00BB49EE">
      <w:p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>Il sottoscritto CHIEDE il rilascio della deroga prevista dall'art. 2, comma 1, lett. b) dell'Ordinanza Sindacale n. 26/2026.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  <w:t>Strumenti: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Batteria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Cajon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Congas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Bongos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Tamburi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Altro ______________________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</w:r>
      <w:r w:rsidR="003976E2" w:rsidRPr="00BB49EE">
        <w:rPr>
          <w:rFonts w:ascii="Century Gothic" w:hAnsi="Century Gothic"/>
          <w:sz w:val="20"/>
          <w:szCs w:val="20"/>
        </w:rPr>
        <w:t>Per la/le data/e</w:t>
      </w:r>
    </w:p>
    <w:p w14:paraId="0758A708" w14:textId="23C9727F" w:rsidR="003976E2" w:rsidRPr="00BB49EE" w:rsidRDefault="003976E2" w:rsidP="00BB49EE">
      <w:p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>_____________________________________________________________</w:t>
      </w:r>
    </w:p>
    <w:p w14:paraId="396C6AAA" w14:textId="77777777" w:rsidR="00BB49EE" w:rsidRDefault="00000000" w:rsidP="00BB49EE">
      <w:pPr>
        <w:shd w:val="clear" w:color="auto" w:fill="FFFFFF"/>
        <w:spacing w:before="235" w:line="360" w:lineRule="auto"/>
        <w:ind w:left="14" w:right="5"/>
        <w:jc w:val="both"/>
        <w:rPr>
          <w:rFonts w:ascii="Century Gothic" w:hAnsi="Century Gothic"/>
          <w:sz w:val="20"/>
          <w:szCs w:val="20"/>
        </w:rPr>
      </w:pPr>
      <w:proofErr w:type="spellStart"/>
      <w:r w:rsidRPr="00BB49EE">
        <w:rPr>
          <w:rFonts w:ascii="Century Gothic" w:hAnsi="Century Gothic"/>
          <w:sz w:val="20"/>
          <w:szCs w:val="20"/>
        </w:rPr>
        <w:t>Motivazione</w:t>
      </w:r>
      <w:proofErr w:type="spellEnd"/>
      <w:r w:rsidRPr="00BB49EE">
        <w:rPr>
          <w:rFonts w:ascii="Century Gothic" w:hAnsi="Century Gothic"/>
          <w:sz w:val="20"/>
          <w:szCs w:val="20"/>
        </w:rPr>
        <w:t>: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  <w:t>______________________________________________________________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  <w:t>______________________________________________________________</w:t>
      </w:r>
      <w:r w:rsidRPr="00BB49EE">
        <w:rPr>
          <w:rFonts w:ascii="Century Gothic" w:hAnsi="Century Gothic"/>
          <w:sz w:val="20"/>
          <w:szCs w:val="20"/>
        </w:rPr>
        <w:br/>
      </w:r>
    </w:p>
    <w:p w14:paraId="7068FC2B" w14:textId="27D1DF33" w:rsidR="003976E2" w:rsidRPr="00BB49EE" w:rsidRDefault="003976E2" w:rsidP="00BB49EE">
      <w:pPr>
        <w:shd w:val="clear" w:color="auto" w:fill="FFFFFF"/>
        <w:spacing w:before="235" w:line="360" w:lineRule="auto"/>
        <w:ind w:left="14" w:right="5"/>
        <w:jc w:val="both"/>
        <w:rPr>
          <w:rFonts w:ascii="Century Gothic" w:hAnsi="Century Gothic"/>
          <w:b/>
          <w:bCs/>
          <w:color w:val="000000"/>
          <w:spacing w:val="-3"/>
          <w:sz w:val="20"/>
          <w:szCs w:val="20"/>
        </w:rPr>
      </w:pPr>
      <w:r w:rsidRPr="00BB49EE">
        <w:rPr>
          <w:rFonts w:ascii="Century Gothic" w:hAnsi="Century Gothic"/>
          <w:b/>
          <w:bCs/>
          <w:color w:val="000000"/>
          <w:spacing w:val="-1"/>
          <w:sz w:val="20"/>
          <w:szCs w:val="20"/>
        </w:rPr>
        <w:lastRenderedPageBreak/>
        <w:t xml:space="preserve">Il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1"/>
          <w:sz w:val="20"/>
          <w:szCs w:val="20"/>
        </w:rPr>
        <w:t>sottoscritto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1"/>
          <w:sz w:val="20"/>
          <w:szCs w:val="20"/>
        </w:rPr>
        <w:t xml:space="preserve">, a norma degli art. 21,38,46 e 47 del D.P.R. n. 445/2000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1"/>
          <w:sz w:val="20"/>
          <w:szCs w:val="20"/>
        </w:rPr>
        <w:t>consapevole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1"/>
          <w:sz w:val="20"/>
          <w:szCs w:val="20"/>
        </w:rPr>
        <w:t xml:space="preserve"> delle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1"/>
          <w:sz w:val="20"/>
          <w:szCs w:val="20"/>
        </w:rPr>
        <w:t>responsabilità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1"/>
          <w:sz w:val="20"/>
          <w:szCs w:val="20"/>
        </w:rPr>
        <w:t xml:space="preserve"> e </w:t>
      </w:r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delle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pene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stabilite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dalla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Legge per false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attestazioni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e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dichiarazioni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mendaci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,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nonché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della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decadenza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dei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>benefici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>eventualmente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>conseguenti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 xml:space="preserve"> al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>provvedimento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>emanato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>sulla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 xml:space="preserve"> base di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>dichiarazioni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 xml:space="preserve"> non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>veritiere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2"/>
          <w:sz w:val="20"/>
          <w:szCs w:val="20"/>
        </w:rPr>
        <w:t xml:space="preserve">, </w:t>
      </w:r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sotto la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sua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personale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>responsabilità</w:t>
      </w:r>
      <w:proofErr w:type="spellEnd"/>
      <w:r w:rsidRPr="00BB49EE">
        <w:rPr>
          <w:rFonts w:ascii="Century Gothic" w:hAnsi="Century Gothic"/>
          <w:b/>
          <w:bCs/>
          <w:color w:val="000000"/>
          <w:spacing w:val="-3"/>
          <w:sz w:val="20"/>
          <w:szCs w:val="20"/>
        </w:rPr>
        <w:t xml:space="preserve"> (art. 76 D.P.R. n. 445/2000)            </w:t>
      </w:r>
    </w:p>
    <w:p w14:paraId="1A486136" w14:textId="0F0F111B" w:rsidR="000130B2" w:rsidRPr="00BB49EE" w:rsidRDefault="00000000" w:rsidP="00BB49EE">
      <w:pPr>
        <w:pStyle w:val="Titolo2"/>
        <w:spacing w:line="360" w:lineRule="auto"/>
        <w:rPr>
          <w:rFonts w:ascii="Century Gothic" w:hAnsi="Century Gothic"/>
          <w:color w:val="auto"/>
          <w:sz w:val="20"/>
          <w:szCs w:val="20"/>
        </w:rPr>
      </w:pPr>
      <w:r w:rsidRPr="00BB49EE">
        <w:rPr>
          <w:rFonts w:ascii="Century Gothic" w:hAnsi="Century Gothic"/>
          <w:color w:val="auto"/>
          <w:sz w:val="20"/>
          <w:szCs w:val="20"/>
        </w:rPr>
        <w:t>DICHIARA</w:t>
      </w:r>
    </w:p>
    <w:p w14:paraId="65C614FB" w14:textId="696ED0FE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di aver installato telecamere esterne;</w:t>
      </w:r>
    </w:p>
    <w:p w14:paraId="7B1FBC25" w14:textId="5B548234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che l'intrattenimento è complementare all'attività di somministrazione;</w:t>
      </w:r>
    </w:p>
    <w:p w14:paraId="0B81C4EA" w14:textId="5413EE3D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che non saranno realizzati palchi o piste da ballo;</w:t>
      </w:r>
    </w:p>
    <w:p w14:paraId="0C6C0706" w14:textId="1BA782D6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che non saranno effettuati trattenimenti danzanti;</w:t>
      </w:r>
    </w:p>
    <w:p w14:paraId="275625A2" w14:textId="04531C12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che l'ingresso sarà gratuito;</w:t>
      </w:r>
    </w:p>
    <w:p w14:paraId="2EEE7106" w14:textId="0368873B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che saranno rispettati gli orari autorizzati;</w:t>
      </w:r>
    </w:p>
    <w:p w14:paraId="0C72BD5D" w14:textId="5C1887BF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che saranno rispettati i limiti di emissione sonora;</w:t>
      </w:r>
    </w:p>
    <w:p w14:paraId="28D74585" w14:textId="341C95C3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di essere dotato di sistemi di regolazione del volume;</w:t>
      </w:r>
    </w:p>
    <w:p w14:paraId="6592C3A6" w14:textId="47AA187B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che gli altoparlanti saranno orientati per limitare la propagazione del suono;</w:t>
      </w:r>
    </w:p>
    <w:p w14:paraId="4A68AA52" w14:textId="6379FAD4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che adotterà tutte le misure per evitare schiamazzi;</w:t>
      </w:r>
    </w:p>
    <w:p w14:paraId="2C5ADEA9" w14:textId="5998702E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che richiederà l'intervento delle Forze dell'Ordine qualora necessario;</w:t>
      </w:r>
    </w:p>
    <w:p w14:paraId="351CCF30" w14:textId="48147465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che rispetterà ogni prescrizione impartita dalla Polizia Locale;</w:t>
      </w:r>
    </w:p>
    <w:p w14:paraId="2D453D74" w14:textId="53C21ECE" w:rsidR="000130B2" w:rsidRPr="00BB49EE" w:rsidRDefault="00000000" w:rsidP="00BB49EE">
      <w:pPr>
        <w:pStyle w:val="Paragrafoelenco"/>
        <w:numPr>
          <w:ilvl w:val="0"/>
          <w:numId w:val="10"/>
        </w:num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 xml:space="preserve"> di assumere ogni responsabilità connessa allo svolgimento dell'attività.</w:t>
      </w:r>
    </w:p>
    <w:p w14:paraId="10836031" w14:textId="77777777" w:rsidR="003976E2" w:rsidRPr="00BB49EE" w:rsidRDefault="003976E2" w:rsidP="00BB49EE">
      <w:pPr>
        <w:pStyle w:val="Titolo2"/>
        <w:spacing w:line="360" w:lineRule="auto"/>
        <w:rPr>
          <w:rFonts w:ascii="Century Gothic" w:hAnsi="Century Gothic"/>
          <w:sz w:val="20"/>
          <w:szCs w:val="20"/>
        </w:rPr>
      </w:pPr>
    </w:p>
    <w:p w14:paraId="54535CE3" w14:textId="500FFDAB" w:rsidR="000130B2" w:rsidRPr="00BB49EE" w:rsidRDefault="00000000" w:rsidP="00BB49EE">
      <w:pPr>
        <w:pStyle w:val="Titolo2"/>
        <w:spacing w:line="360" w:lineRule="auto"/>
        <w:rPr>
          <w:rFonts w:ascii="Century Gothic" w:hAnsi="Century Gothic"/>
          <w:color w:val="auto"/>
          <w:sz w:val="20"/>
          <w:szCs w:val="20"/>
        </w:rPr>
      </w:pPr>
      <w:r w:rsidRPr="00BB49EE">
        <w:rPr>
          <w:rFonts w:ascii="Century Gothic" w:hAnsi="Century Gothic"/>
          <w:color w:val="auto"/>
          <w:sz w:val="20"/>
          <w:szCs w:val="20"/>
        </w:rPr>
        <w:t>ALLEGATI</w:t>
      </w:r>
    </w:p>
    <w:p w14:paraId="1D1F50D3" w14:textId="77777777" w:rsidR="000130B2" w:rsidRPr="00BB49EE" w:rsidRDefault="00000000" w:rsidP="00BB49EE">
      <w:p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Documento di identità</w:t>
      </w:r>
    </w:p>
    <w:p w14:paraId="76A891BB" w14:textId="77777777" w:rsidR="003976E2" w:rsidRPr="00BB49EE" w:rsidRDefault="00000000" w:rsidP="00BB49EE">
      <w:pPr>
        <w:widowControl w:val="0"/>
        <w:shd w:val="clear" w:color="auto" w:fill="FFFFFF"/>
        <w:tabs>
          <w:tab w:val="left" w:pos="254"/>
        </w:tabs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  <w:color w:val="000000"/>
          <w:spacing w:val="-2"/>
          <w:sz w:val="20"/>
          <w:szCs w:val="20"/>
        </w:rPr>
      </w:pP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Relazione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di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impatto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acustico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redatta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da un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tecnico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competente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in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acustica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ambientale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ai sensi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dell’art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. 2 della Legge n. 447/95,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nel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rispetto del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vigente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regolamento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acustico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. (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Se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la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relazione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è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stata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redatta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prima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dell’Ordinanza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Sindacale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n. 26/2026, la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stessa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deve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essere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integrata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con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una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“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Dichiarazione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di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conformità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all’Ordinanza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Sindacale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n. 26/2025”,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redatta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dallo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stesso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tecnico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o da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altro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 xml:space="preserve"> </w:t>
      </w:r>
      <w:proofErr w:type="spellStart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tecnico</w:t>
      </w:r>
      <w:proofErr w:type="spellEnd"/>
      <w:r w:rsidR="003976E2" w:rsidRPr="00BB49EE">
        <w:rPr>
          <w:rFonts w:ascii="Century Gothic" w:hAnsi="Century Gothic"/>
          <w:color w:val="000000"/>
          <w:spacing w:val="-2"/>
          <w:sz w:val="20"/>
          <w:szCs w:val="20"/>
        </w:rPr>
        <w:t>).</w:t>
      </w:r>
    </w:p>
    <w:p w14:paraId="37A9C414" w14:textId="77777777" w:rsidR="000130B2" w:rsidRPr="00BB49EE" w:rsidRDefault="00000000" w:rsidP="00BB49EE">
      <w:p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Altro __________________</w:t>
      </w:r>
    </w:p>
    <w:p w14:paraId="5B112DAF" w14:textId="77777777" w:rsidR="00BB49EE" w:rsidRPr="00BB49EE" w:rsidRDefault="00BB49EE" w:rsidP="00BB49EE">
      <w:pPr>
        <w:shd w:val="clear" w:color="auto" w:fill="FFFFFF"/>
        <w:spacing w:before="456" w:line="360" w:lineRule="auto"/>
        <w:ind w:left="7584"/>
        <w:jc w:val="both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color w:val="000000"/>
          <w:spacing w:val="-4"/>
          <w:sz w:val="20"/>
          <w:szCs w:val="20"/>
        </w:rPr>
        <w:t>FIRMA</w:t>
      </w:r>
    </w:p>
    <w:p w14:paraId="3D1281EB" w14:textId="77777777" w:rsidR="00BB49EE" w:rsidRPr="00BB49EE" w:rsidRDefault="00BB49EE" w:rsidP="00BB49EE">
      <w:pPr>
        <w:shd w:val="clear" w:color="auto" w:fill="FFFFFF"/>
        <w:tabs>
          <w:tab w:val="left" w:pos="7138"/>
          <w:tab w:val="left" w:leader="underscore" w:pos="9710"/>
        </w:tabs>
        <w:spacing w:before="120" w:line="360" w:lineRule="auto"/>
        <w:ind w:left="5"/>
        <w:jc w:val="both"/>
        <w:rPr>
          <w:rFonts w:ascii="Century Gothic" w:hAnsi="Century Gothic"/>
          <w:color w:val="000000"/>
          <w:sz w:val="20"/>
          <w:szCs w:val="20"/>
        </w:rPr>
      </w:pPr>
      <w:r w:rsidRPr="00BB49EE">
        <w:rPr>
          <w:rFonts w:ascii="Century Gothic" w:hAnsi="Century Gothic"/>
          <w:color w:val="000000"/>
          <w:spacing w:val="-3"/>
          <w:sz w:val="20"/>
          <w:szCs w:val="20"/>
        </w:rPr>
        <w:t>Diamante, ____________________</w:t>
      </w:r>
      <w:r w:rsidRPr="00BB49EE">
        <w:rPr>
          <w:rFonts w:ascii="Century Gothic" w:hAnsi="Century Gothic"/>
          <w:color w:val="000000"/>
          <w:sz w:val="20"/>
          <w:szCs w:val="20"/>
        </w:rPr>
        <w:tab/>
      </w:r>
      <w:r w:rsidRPr="00BB49EE">
        <w:rPr>
          <w:rFonts w:ascii="Century Gothic" w:hAnsi="Century Gothic"/>
          <w:color w:val="000000"/>
          <w:sz w:val="20"/>
          <w:szCs w:val="20"/>
        </w:rPr>
        <w:tab/>
      </w:r>
    </w:p>
    <w:p w14:paraId="0B9DF2C6" w14:textId="77777777" w:rsidR="00BB49EE" w:rsidRDefault="00BB49EE" w:rsidP="00BB49EE">
      <w:pPr>
        <w:shd w:val="clear" w:color="auto" w:fill="FFFFFF"/>
        <w:tabs>
          <w:tab w:val="left" w:pos="7138"/>
          <w:tab w:val="left" w:leader="underscore" w:pos="9710"/>
        </w:tabs>
        <w:spacing w:before="120" w:line="360" w:lineRule="auto"/>
        <w:ind w:left="5"/>
        <w:jc w:val="center"/>
        <w:rPr>
          <w:rFonts w:ascii="Century Gothic" w:hAnsi="Century Gothic"/>
          <w:sz w:val="20"/>
          <w:szCs w:val="20"/>
        </w:rPr>
      </w:pPr>
    </w:p>
    <w:p w14:paraId="0CE8E537" w14:textId="77777777" w:rsidR="00BB49EE" w:rsidRDefault="00BB49EE" w:rsidP="00BB49EE">
      <w:pPr>
        <w:shd w:val="clear" w:color="auto" w:fill="FFFFFF"/>
        <w:tabs>
          <w:tab w:val="left" w:pos="7138"/>
          <w:tab w:val="left" w:leader="underscore" w:pos="9710"/>
        </w:tabs>
        <w:spacing w:before="120" w:line="360" w:lineRule="auto"/>
        <w:ind w:left="5"/>
        <w:jc w:val="center"/>
        <w:rPr>
          <w:rFonts w:ascii="Century Gothic" w:hAnsi="Century Gothic"/>
          <w:sz w:val="20"/>
          <w:szCs w:val="20"/>
        </w:rPr>
      </w:pPr>
    </w:p>
    <w:p w14:paraId="7C4475FC" w14:textId="77777777" w:rsidR="00BB49EE" w:rsidRDefault="00BB49EE" w:rsidP="00BB49EE">
      <w:pPr>
        <w:shd w:val="clear" w:color="auto" w:fill="FFFFFF"/>
        <w:tabs>
          <w:tab w:val="left" w:pos="7138"/>
          <w:tab w:val="left" w:leader="underscore" w:pos="9710"/>
        </w:tabs>
        <w:spacing w:before="120" w:line="360" w:lineRule="auto"/>
        <w:ind w:left="5"/>
        <w:jc w:val="center"/>
        <w:rPr>
          <w:rFonts w:ascii="Century Gothic" w:hAnsi="Century Gothic"/>
          <w:sz w:val="20"/>
          <w:szCs w:val="20"/>
        </w:rPr>
      </w:pPr>
    </w:p>
    <w:p w14:paraId="3F9AAB30" w14:textId="5DAE2168" w:rsidR="003976E2" w:rsidRPr="00BB49EE" w:rsidRDefault="003976E2" w:rsidP="00BB49EE">
      <w:pPr>
        <w:shd w:val="clear" w:color="auto" w:fill="FFFFFF"/>
        <w:tabs>
          <w:tab w:val="left" w:pos="7138"/>
          <w:tab w:val="left" w:leader="underscore" w:pos="9710"/>
        </w:tabs>
        <w:spacing w:before="120" w:line="360" w:lineRule="auto"/>
        <w:ind w:left="5"/>
        <w:jc w:val="center"/>
        <w:rPr>
          <w:rFonts w:ascii="Century Gothic" w:hAnsi="Century Gothic"/>
          <w:color w:val="000000"/>
          <w:sz w:val="20"/>
          <w:szCs w:val="20"/>
        </w:rPr>
      </w:pPr>
      <w:r w:rsidRPr="00BB49EE">
        <w:rPr>
          <w:rFonts w:ascii="Century Gothic" w:hAnsi="Century Gothic"/>
          <w:b/>
          <w:bCs/>
          <w:color w:val="000000"/>
          <w:sz w:val="20"/>
          <w:szCs w:val="20"/>
        </w:rPr>
        <w:lastRenderedPageBreak/>
        <w:t>SPAZIO RISERVATA ALL’UFFICIO</w:t>
      </w:r>
      <w:r w:rsidRPr="00BB49EE">
        <w:rPr>
          <w:rFonts w:ascii="Century Gothic" w:hAnsi="Century Gothic"/>
          <w:color w:val="000000"/>
          <w:sz w:val="20"/>
          <w:szCs w:val="20"/>
        </w:rPr>
        <w:t xml:space="preserve"> </w:t>
      </w:r>
    </w:p>
    <w:p w14:paraId="2BA61F30" w14:textId="77777777" w:rsidR="003976E2" w:rsidRPr="00BB49EE" w:rsidRDefault="003976E2" w:rsidP="00BB49EE">
      <w:pPr>
        <w:shd w:val="clear" w:color="auto" w:fill="FFFFFF"/>
        <w:tabs>
          <w:tab w:val="left" w:pos="7138"/>
          <w:tab w:val="left" w:leader="underscore" w:pos="9710"/>
        </w:tabs>
        <w:spacing w:before="120" w:line="360" w:lineRule="auto"/>
        <w:ind w:left="5"/>
        <w:jc w:val="center"/>
        <w:rPr>
          <w:rFonts w:ascii="Century Gothic" w:hAnsi="Century Gothic"/>
          <w:b/>
          <w:bCs/>
          <w:color w:val="000000"/>
          <w:sz w:val="20"/>
          <w:szCs w:val="20"/>
        </w:rPr>
      </w:pPr>
      <w:r w:rsidRPr="00BB49EE">
        <w:rPr>
          <w:rFonts w:ascii="Century Gothic" w:hAnsi="Century Gothic"/>
          <w:b/>
          <w:bCs/>
          <w:color w:val="000000"/>
          <w:sz w:val="20"/>
          <w:szCs w:val="20"/>
        </w:rPr>
        <w:t>SUAP/COMMERCIO</w:t>
      </w:r>
    </w:p>
    <w:p w14:paraId="1F074A9B" w14:textId="77777777" w:rsidR="003976E2" w:rsidRPr="00BB49EE" w:rsidRDefault="003976E2" w:rsidP="00BB49EE">
      <w:pPr>
        <w:shd w:val="clear" w:color="auto" w:fill="FFFFFF"/>
        <w:tabs>
          <w:tab w:val="left" w:pos="7138"/>
          <w:tab w:val="left" w:leader="underscore" w:pos="9710"/>
        </w:tabs>
        <w:spacing w:before="120" w:line="360" w:lineRule="auto"/>
        <w:ind w:left="5"/>
        <w:jc w:val="center"/>
        <w:rPr>
          <w:rFonts w:ascii="Century Gothic" w:hAnsi="Century Gothic"/>
          <w:b/>
          <w:bCs/>
          <w:color w:val="000000"/>
          <w:sz w:val="20"/>
          <w:szCs w:val="20"/>
        </w:rPr>
      </w:pPr>
      <w:r w:rsidRPr="00BB49EE">
        <w:rPr>
          <w:rFonts w:ascii="Century Gothic" w:hAnsi="Century Gothic"/>
          <w:b/>
          <w:bCs/>
          <w:color w:val="000000"/>
          <w:sz w:val="20"/>
          <w:szCs w:val="20"/>
        </w:rPr>
        <w:t>COMUNE DI DIAMANTE</w:t>
      </w:r>
    </w:p>
    <w:p w14:paraId="55B747B0" w14:textId="77777777" w:rsidR="003976E2" w:rsidRPr="00BB49EE" w:rsidRDefault="003976E2" w:rsidP="00BB49EE">
      <w:pPr>
        <w:shd w:val="clear" w:color="auto" w:fill="FFFFFF"/>
        <w:tabs>
          <w:tab w:val="left" w:pos="7138"/>
          <w:tab w:val="left" w:leader="underscore" w:pos="9710"/>
        </w:tabs>
        <w:spacing w:before="120" w:line="360" w:lineRule="auto"/>
        <w:ind w:left="5"/>
        <w:jc w:val="both"/>
        <w:rPr>
          <w:rFonts w:ascii="Century Gothic" w:hAnsi="Century Gothic"/>
          <w:color w:val="000000"/>
          <w:sz w:val="20"/>
          <w:szCs w:val="20"/>
        </w:rPr>
      </w:pPr>
      <w:r w:rsidRPr="00BB49EE">
        <w:rPr>
          <w:rFonts w:ascii="Century Gothic" w:hAnsi="Century Gothic"/>
          <w:color w:val="000000"/>
          <w:sz w:val="20"/>
          <w:szCs w:val="20"/>
        </w:rPr>
        <w:t xml:space="preserve">Vista la </w:t>
      </w:r>
      <w:proofErr w:type="spellStart"/>
      <w:r w:rsidRPr="00BB49EE">
        <w:rPr>
          <w:rFonts w:ascii="Century Gothic" w:hAnsi="Century Gothic"/>
          <w:color w:val="000000"/>
          <w:sz w:val="20"/>
          <w:szCs w:val="20"/>
        </w:rPr>
        <w:t>richiesta</w:t>
      </w:r>
      <w:proofErr w:type="spellEnd"/>
      <w:r w:rsidRPr="00BB49EE">
        <w:rPr>
          <w:rFonts w:ascii="Century Gothic" w:hAnsi="Century Gothic"/>
          <w:color w:val="000000"/>
          <w:sz w:val="20"/>
          <w:szCs w:val="20"/>
        </w:rPr>
        <w:t xml:space="preserve"> </w:t>
      </w:r>
      <w:proofErr w:type="spellStart"/>
      <w:r w:rsidRPr="00BB49EE">
        <w:rPr>
          <w:rFonts w:ascii="Century Gothic" w:hAnsi="Century Gothic"/>
          <w:color w:val="000000"/>
          <w:sz w:val="20"/>
          <w:szCs w:val="20"/>
        </w:rPr>
        <w:t>comprensiva</w:t>
      </w:r>
      <w:proofErr w:type="spellEnd"/>
      <w:r w:rsidRPr="00BB49EE">
        <w:rPr>
          <w:rFonts w:ascii="Century Gothic" w:hAnsi="Century Gothic"/>
          <w:color w:val="000000"/>
          <w:sz w:val="20"/>
          <w:szCs w:val="20"/>
        </w:rPr>
        <w:t xml:space="preserve"> degli </w:t>
      </w:r>
      <w:proofErr w:type="spellStart"/>
      <w:r w:rsidRPr="00BB49EE">
        <w:rPr>
          <w:rFonts w:ascii="Century Gothic" w:hAnsi="Century Gothic"/>
          <w:color w:val="000000"/>
          <w:sz w:val="20"/>
          <w:szCs w:val="20"/>
        </w:rPr>
        <w:t>allegati</w:t>
      </w:r>
      <w:proofErr w:type="spellEnd"/>
      <w:r w:rsidRPr="00BB49EE">
        <w:rPr>
          <w:rFonts w:ascii="Century Gothic" w:hAnsi="Century Gothic"/>
          <w:color w:val="000000"/>
          <w:sz w:val="20"/>
          <w:szCs w:val="20"/>
        </w:rPr>
        <w:t>;</w:t>
      </w:r>
    </w:p>
    <w:p w14:paraId="73460D77" w14:textId="114244B0" w:rsidR="003976E2" w:rsidRPr="00BB49EE" w:rsidRDefault="003976E2" w:rsidP="00BB49EE">
      <w:pPr>
        <w:shd w:val="clear" w:color="auto" w:fill="FFFFFF"/>
        <w:tabs>
          <w:tab w:val="left" w:pos="7138"/>
          <w:tab w:val="left" w:leader="underscore" w:pos="9710"/>
        </w:tabs>
        <w:spacing w:before="120" w:line="360" w:lineRule="auto"/>
        <w:ind w:left="5"/>
        <w:jc w:val="both"/>
        <w:rPr>
          <w:rFonts w:ascii="Century Gothic" w:hAnsi="Century Gothic"/>
          <w:color w:val="000000"/>
          <w:sz w:val="20"/>
          <w:szCs w:val="20"/>
        </w:rPr>
      </w:pPr>
      <w:r w:rsidRPr="00BB49EE">
        <w:rPr>
          <w:rFonts w:ascii="Century Gothic" w:hAnsi="Century Gothic"/>
          <w:color w:val="000000"/>
          <w:sz w:val="20"/>
          <w:szCs w:val="20"/>
        </w:rPr>
        <w:t xml:space="preserve">Vista </w:t>
      </w:r>
      <w:proofErr w:type="spellStart"/>
      <w:r w:rsidRPr="00BB49EE">
        <w:rPr>
          <w:rFonts w:ascii="Century Gothic" w:hAnsi="Century Gothic"/>
          <w:color w:val="000000"/>
          <w:sz w:val="20"/>
          <w:szCs w:val="20"/>
        </w:rPr>
        <w:t>l’Ordinanza</w:t>
      </w:r>
      <w:proofErr w:type="spellEnd"/>
      <w:r w:rsidRPr="00BB49EE">
        <w:rPr>
          <w:rFonts w:ascii="Century Gothic" w:hAnsi="Century Gothic"/>
          <w:color w:val="000000"/>
          <w:sz w:val="20"/>
          <w:szCs w:val="20"/>
        </w:rPr>
        <w:t xml:space="preserve"> n. 2</w:t>
      </w:r>
      <w:r w:rsidRPr="00BB49EE">
        <w:rPr>
          <w:rFonts w:ascii="Century Gothic" w:hAnsi="Century Gothic"/>
          <w:color w:val="000000"/>
          <w:sz w:val="20"/>
          <w:szCs w:val="20"/>
        </w:rPr>
        <w:t>6</w:t>
      </w:r>
      <w:r w:rsidRPr="00BB49EE">
        <w:rPr>
          <w:rFonts w:ascii="Century Gothic" w:hAnsi="Century Gothic"/>
          <w:color w:val="000000"/>
          <w:sz w:val="20"/>
          <w:szCs w:val="20"/>
        </w:rPr>
        <w:t>/202</w:t>
      </w:r>
      <w:r w:rsidRPr="00BB49EE">
        <w:rPr>
          <w:rFonts w:ascii="Century Gothic" w:hAnsi="Century Gothic"/>
          <w:color w:val="000000"/>
          <w:sz w:val="20"/>
          <w:szCs w:val="20"/>
        </w:rPr>
        <w:t>6</w:t>
      </w:r>
      <w:r w:rsidRPr="00BB49EE">
        <w:rPr>
          <w:rFonts w:ascii="Century Gothic" w:hAnsi="Century Gothic"/>
          <w:color w:val="000000"/>
          <w:sz w:val="20"/>
          <w:szCs w:val="20"/>
        </w:rPr>
        <w:t>;</w:t>
      </w:r>
    </w:p>
    <w:p w14:paraId="617F88F6" w14:textId="77777777" w:rsidR="003976E2" w:rsidRPr="00BB49EE" w:rsidRDefault="003976E2" w:rsidP="00BB49EE">
      <w:pPr>
        <w:shd w:val="clear" w:color="auto" w:fill="FFFFFF"/>
        <w:tabs>
          <w:tab w:val="left" w:pos="7138"/>
          <w:tab w:val="left" w:leader="underscore" w:pos="9710"/>
        </w:tabs>
        <w:spacing w:before="120" w:line="360" w:lineRule="auto"/>
        <w:ind w:left="5"/>
        <w:jc w:val="both"/>
        <w:rPr>
          <w:rFonts w:ascii="Century Gothic" w:hAnsi="Century Gothic"/>
          <w:color w:val="000000"/>
          <w:sz w:val="20"/>
          <w:szCs w:val="20"/>
        </w:rPr>
      </w:pPr>
      <w:r w:rsidRPr="00BB49EE">
        <w:rPr>
          <w:rFonts w:ascii="Century Gothic" w:hAnsi="Century Gothic"/>
          <w:color w:val="000000"/>
          <w:sz w:val="20"/>
          <w:szCs w:val="20"/>
        </w:rPr>
        <w:t xml:space="preserve">Viste le </w:t>
      </w:r>
      <w:proofErr w:type="spellStart"/>
      <w:r w:rsidRPr="00BB49EE">
        <w:rPr>
          <w:rFonts w:ascii="Century Gothic" w:hAnsi="Century Gothic"/>
          <w:color w:val="000000"/>
          <w:sz w:val="20"/>
          <w:szCs w:val="20"/>
        </w:rPr>
        <w:t>leggi</w:t>
      </w:r>
      <w:proofErr w:type="spellEnd"/>
      <w:r w:rsidRPr="00BB49EE">
        <w:rPr>
          <w:rFonts w:ascii="Century Gothic" w:hAnsi="Century Gothic"/>
          <w:color w:val="000000"/>
          <w:sz w:val="20"/>
          <w:szCs w:val="20"/>
        </w:rPr>
        <w:t xml:space="preserve"> in </w:t>
      </w:r>
      <w:proofErr w:type="spellStart"/>
      <w:r w:rsidRPr="00BB49EE">
        <w:rPr>
          <w:rFonts w:ascii="Century Gothic" w:hAnsi="Century Gothic"/>
          <w:color w:val="000000"/>
          <w:sz w:val="20"/>
          <w:szCs w:val="20"/>
        </w:rPr>
        <w:t>materia</w:t>
      </w:r>
      <w:proofErr w:type="spellEnd"/>
      <w:r w:rsidRPr="00BB49EE">
        <w:rPr>
          <w:rFonts w:ascii="Century Gothic" w:hAnsi="Century Gothic"/>
          <w:color w:val="000000"/>
          <w:sz w:val="20"/>
          <w:szCs w:val="20"/>
        </w:rPr>
        <w:t>;</w:t>
      </w:r>
    </w:p>
    <w:p w14:paraId="686170D4" w14:textId="77777777" w:rsidR="003976E2" w:rsidRPr="00BB49EE" w:rsidRDefault="003976E2" w:rsidP="00BB49EE">
      <w:pPr>
        <w:spacing w:line="360" w:lineRule="auto"/>
        <w:rPr>
          <w:rFonts w:ascii="Century Gothic" w:hAnsi="Century Gothic" w:cs="Segoe UI Symbol"/>
          <w:sz w:val="20"/>
          <w:szCs w:val="20"/>
        </w:rPr>
      </w:pPr>
    </w:p>
    <w:p w14:paraId="3AC24162" w14:textId="0BBD5493" w:rsidR="003976E2" w:rsidRPr="00BB49EE" w:rsidRDefault="00000000" w:rsidP="00BB49EE">
      <w:p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AUTORIZZA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NON AUTORIZZA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</w:r>
      <w:proofErr w:type="spellStart"/>
      <w:r w:rsidRPr="00BB49EE">
        <w:rPr>
          <w:rFonts w:ascii="Century Gothic" w:hAnsi="Century Gothic"/>
          <w:sz w:val="20"/>
          <w:szCs w:val="20"/>
        </w:rPr>
        <w:t>Motivazioni</w:t>
      </w:r>
      <w:proofErr w:type="spellEnd"/>
      <w:r w:rsidRPr="00BB49EE">
        <w:rPr>
          <w:rFonts w:ascii="Century Gothic" w:hAnsi="Century Gothic"/>
          <w:sz w:val="20"/>
          <w:szCs w:val="20"/>
        </w:rPr>
        <w:t>: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  <w:t>______________________________________________________________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  <w:t>______________________________________________________________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</w:r>
      <w:r w:rsidR="003976E2" w:rsidRPr="00BB49EE">
        <w:rPr>
          <w:rFonts w:ascii="Segoe UI Symbol" w:hAnsi="Segoe UI Symbol" w:cs="Segoe UI Symbol"/>
          <w:sz w:val="20"/>
          <w:szCs w:val="20"/>
        </w:rPr>
        <w:t>☐</w:t>
      </w:r>
      <w:r w:rsidR="003976E2" w:rsidRPr="00BB49EE">
        <w:rPr>
          <w:rFonts w:ascii="Century Gothic" w:hAnsi="Century Gothic"/>
          <w:sz w:val="20"/>
          <w:szCs w:val="20"/>
        </w:rPr>
        <w:t xml:space="preserve"> AUTORIZZA LA DEROGA PER LE PERCUSSIONI</w:t>
      </w:r>
    </w:p>
    <w:p w14:paraId="15BD1150" w14:textId="759DD922" w:rsidR="003976E2" w:rsidRPr="00BB49EE" w:rsidRDefault="003976E2" w:rsidP="00BB49EE">
      <w:p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Segoe UI Symbol" w:hAnsi="Segoe UI Symbol" w:cs="Segoe UI Symbol"/>
          <w:sz w:val="20"/>
          <w:szCs w:val="20"/>
        </w:rPr>
        <w:t>☐</w:t>
      </w:r>
      <w:r w:rsidRPr="00BB49EE">
        <w:rPr>
          <w:rFonts w:ascii="Century Gothic" w:hAnsi="Century Gothic"/>
          <w:sz w:val="20"/>
          <w:szCs w:val="20"/>
        </w:rPr>
        <w:t xml:space="preserve"> </w:t>
      </w:r>
      <w:r w:rsidRPr="00BB49EE">
        <w:rPr>
          <w:rFonts w:ascii="Century Gothic" w:hAnsi="Century Gothic"/>
          <w:sz w:val="20"/>
          <w:szCs w:val="20"/>
        </w:rPr>
        <w:t xml:space="preserve">NON </w:t>
      </w:r>
      <w:r w:rsidRPr="00BB49EE">
        <w:rPr>
          <w:rFonts w:ascii="Century Gothic" w:hAnsi="Century Gothic"/>
          <w:sz w:val="20"/>
          <w:szCs w:val="20"/>
        </w:rPr>
        <w:t>AUTORIZZA LA DEROGA PER LE PERCUSSIONI</w:t>
      </w:r>
    </w:p>
    <w:p w14:paraId="454292A8" w14:textId="77777777" w:rsidR="003976E2" w:rsidRPr="00BB49EE" w:rsidRDefault="003976E2" w:rsidP="00BB49EE">
      <w:pPr>
        <w:spacing w:line="360" w:lineRule="auto"/>
        <w:rPr>
          <w:rFonts w:ascii="Century Gothic" w:hAnsi="Century Gothic"/>
          <w:sz w:val="20"/>
          <w:szCs w:val="20"/>
        </w:rPr>
      </w:pPr>
      <w:proofErr w:type="spellStart"/>
      <w:r w:rsidRPr="00BB49EE">
        <w:rPr>
          <w:rFonts w:ascii="Century Gothic" w:hAnsi="Century Gothic"/>
          <w:sz w:val="20"/>
          <w:szCs w:val="20"/>
        </w:rPr>
        <w:t>Motivazioni</w:t>
      </w:r>
      <w:proofErr w:type="spellEnd"/>
      <w:r w:rsidRPr="00BB49EE">
        <w:rPr>
          <w:rFonts w:ascii="Century Gothic" w:hAnsi="Century Gothic"/>
          <w:sz w:val="20"/>
          <w:szCs w:val="20"/>
        </w:rPr>
        <w:t>: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  <w:t>______________________________________________________________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  <w:t>______________________________________________________________</w:t>
      </w:r>
    </w:p>
    <w:p w14:paraId="11F9AC4C" w14:textId="77777777" w:rsidR="003976E2" w:rsidRPr="00BB49EE" w:rsidRDefault="003976E2" w:rsidP="00BB49EE">
      <w:pPr>
        <w:spacing w:line="360" w:lineRule="auto"/>
        <w:rPr>
          <w:rFonts w:ascii="Century Gothic" w:hAnsi="Century Gothic"/>
          <w:sz w:val="20"/>
          <w:szCs w:val="20"/>
        </w:rPr>
      </w:pPr>
    </w:p>
    <w:p w14:paraId="29207E73" w14:textId="77777777" w:rsidR="00BB49EE" w:rsidRDefault="00000000" w:rsidP="00BB49EE">
      <w:pPr>
        <w:spacing w:line="360" w:lineRule="auto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t>Diamante ______________________</w:t>
      </w:r>
      <w:r w:rsidRPr="00BB49EE">
        <w:rPr>
          <w:rFonts w:ascii="Century Gothic" w:hAnsi="Century Gothic"/>
          <w:sz w:val="20"/>
          <w:szCs w:val="20"/>
        </w:rPr>
        <w:br/>
      </w:r>
    </w:p>
    <w:p w14:paraId="0CC5FBFD" w14:textId="38C643B6" w:rsidR="000130B2" w:rsidRPr="00BB49EE" w:rsidRDefault="00000000" w:rsidP="00BB49EE">
      <w:pPr>
        <w:spacing w:line="360" w:lineRule="auto"/>
        <w:ind w:left="2160"/>
        <w:jc w:val="center"/>
        <w:rPr>
          <w:rFonts w:ascii="Century Gothic" w:hAnsi="Century Gothic"/>
          <w:sz w:val="20"/>
          <w:szCs w:val="20"/>
        </w:rPr>
      </w:pPr>
      <w:r w:rsidRPr="00BB49EE">
        <w:rPr>
          <w:rFonts w:ascii="Century Gothic" w:hAnsi="Century Gothic"/>
          <w:sz w:val="20"/>
          <w:szCs w:val="20"/>
        </w:rPr>
        <w:br/>
        <w:t xml:space="preserve">Il </w:t>
      </w:r>
      <w:proofErr w:type="spellStart"/>
      <w:r w:rsidRPr="00BB49EE">
        <w:rPr>
          <w:rFonts w:ascii="Century Gothic" w:hAnsi="Century Gothic"/>
          <w:sz w:val="20"/>
          <w:szCs w:val="20"/>
        </w:rPr>
        <w:t>Responsabile</w:t>
      </w:r>
      <w:proofErr w:type="spellEnd"/>
      <w:r w:rsidRPr="00BB49EE">
        <w:rPr>
          <w:rFonts w:ascii="Century Gothic" w:hAnsi="Century Gothic"/>
          <w:sz w:val="20"/>
          <w:szCs w:val="20"/>
        </w:rPr>
        <w:t xml:space="preserve"> del Settore</w:t>
      </w:r>
      <w:r w:rsidRPr="00BB49EE">
        <w:rPr>
          <w:rFonts w:ascii="Century Gothic" w:hAnsi="Century Gothic"/>
          <w:sz w:val="20"/>
          <w:szCs w:val="20"/>
        </w:rPr>
        <w:br/>
      </w:r>
      <w:r w:rsidRPr="00BB49EE">
        <w:rPr>
          <w:rFonts w:ascii="Century Gothic" w:hAnsi="Century Gothic"/>
          <w:sz w:val="20"/>
          <w:szCs w:val="20"/>
        </w:rPr>
        <w:br/>
      </w:r>
      <w:r w:rsidR="003976E2" w:rsidRPr="00BB49EE">
        <w:rPr>
          <w:rFonts w:ascii="Century Gothic" w:hAnsi="Century Gothic"/>
          <w:sz w:val="20"/>
          <w:szCs w:val="20"/>
        </w:rPr>
        <w:t>Dott. Alberto SETTEMBRE</w:t>
      </w:r>
    </w:p>
    <w:sectPr w:rsidR="000130B2" w:rsidRPr="00BB49EE" w:rsidSect="003976E2">
      <w:pgSz w:w="11906" w:h="16838" w:code="9"/>
      <w:pgMar w:top="1417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FC2639" w14:textId="77777777" w:rsidR="00862951" w:rsidRDefault="00862951" w:rsidP="003976E2">
      <w:pPr>
        <w:spacing w:after="0" w:line="240" w:lineRule="auto"/>
      </w:pPr>
      <w:r>
        <w:separator/>
      </w:r>
    </w:p>
  </w:endnote>
  <w:endnote w:type="continuationSeparator" w:id="0">
    <w:p w14:paraId="4ED88CC6" w14:textId="77777777" w:rsidR="00862951" w:rsidRDefault="00862951" w:rsidP="003976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5AB6E" w14:textId="77777777" w:rsidR="00862951" w:rsidRDefault="00862951" w:rsidP="003976E2">
      <w:pPr>
        <w:spacing w:after="0" w:line="240" w:lineRule="auto"/>
      </w:pPr>
      <w:r>
        <w:separator/>
      </w:r>
    </w:p>
  </w:footnote>
  <w:footnote w:type="continuationSeparator" w:id="0">
    <w:p w14:paraId="23BC074B" w14:textId="77777777" w:rsidR="00862951" w:rsidRDefault="00862951" w:rsidP="003976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FFFFFFFE"/>
    <w:multiLevelType w:val="singleLevel"/>
    <w:tmpl w:val="E506A252"/>
    <w:lvl w:ilvl="0">
      <w:numFmt w:val="bullet"/>
      <w:lvlText w:val="*"/>
      <w:lvlJc w:val="left"/>
    </w:lvl>
  </w:abstractNum>
  <w:abstractNum w:abstractNumId="10" w15:restartNumberingAfterBreak="0">
    <w:nsid w:val="7C324F7D"/>
    <w:multiLevelType w:val="hybridMultilevel"/>
    <w:tmpl w:val="6F2AFF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4272297">
    <w:abstractNumId w:val="8"/>
  </w:num>
  <w:num w:numId="2" w16cid:durableId="181096990">
    <w:abstractNumId w:val="6"/>
  </w:num>
  <w:num w:numId="3" w16cid:durableId="429929387">
    <w:abstractNumId w:val="5"/>
  </w:num>
  <w:num w:numId="4" w16cid:durableId="830756649">
    <w:abstractNumId w:val="4"/>
  </w:num>
  <w:num w:numId="5" w16cid:durableId="2128039059">
    <w:abstractNumId w:val="7"/>
  </w:num>
  <w:num w:numId="6" w16cid:durableId="544877024">
    <w:abstractNumId w:val="3"/>
  </w:num>
  <w:num w:numId="7" w16cid:durableId="680595189">
    <w:abstractNumId w:val="2"/>
  </w:num>
  <w:num w:numId="8" w16cid:durableId="900749614">
    <w:abstractNumId w:val="1"/>
  </w:num>
  <w:num w:numId="9" w16cid:durableId="111483728">
    <w:abstractNumId w:val="0"/>
  </w:num>
  <w:num w:numId="10" w16cid:durableId="340356066">
    <w:abstractNumId w:val="10"/>
  </w:num>
  <w:num w:numId="11" w16cid:durableId="554899460">
    <w:abstractNumId w:val="9"/>
    <w:lvlOverride w:ilvl="0">
      <w:lvl w:ilvl="0">
        <w:start w:val="65535"/>
        <w:numFmt w:val="bullet"/>
        <w:lvlText w:val="□"/>
        <w:legacy w:legacy="1" w:legacySpace="0" w:legacyIndent="235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130B2"/>
    <w:rsid w:val="00034616"/>
    <w:rsid w:val="0006063C"/>
    <w:rsid w:val="0015074B"/>
    <w:rsid w:val="0029639D"/>
    <w:rsid w:val="00326F90"/>
    <w:rsid w:val="003976E2"/>
    <w:rsid w:val="00862951"/>
    <w:rsid w:val="00AA1D8D"/>
    <w:rsid w:val="00B47730"/>
    <w:rsid w:val="00BB49EE"/>
    <w:rsid w:val="00CB0664"/>
    <w:rsid w:val="00CE4C20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CE2036"/>
  <w14:defaultImageDpi w14:val="300"/>
  <w15:docId w15:val="{AC161813-DBFB-4561-979B-A619AF6D5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661</Words>
  <Characters>3773</Characters>
  <Application>Microsoft Office Word</Application>
  <DocSecurity>0</DocSecurity>
  <Lines>31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4426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Settore Primo</cp:lastModifiedBy>
  <cp:revision>2</cp:revision>
  <dcterms:created xsi:type="dcterms:W3CDTF">2026-07-07T09:51:00Z</dcterms:created>
  <dcterms:modified xsi:type="dcterms:W3CDTF">2026-07-07T09:51:00Z</dcterms:modified>
  <cp:category/>
</cp:coreProperties>
</file>